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פועלת מערכת ההילוכים באופניים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מידע מהטקסט למשפטים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 המרכזי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לפתור תעלומה איך עובדים ההילוכים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מתנדב ותיק שמתקן אופניים שלושים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בין גלגל שיניים ליד הדוושות לגלגל שיניים בגלגל האחורי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גלגל גדול מקדימה וקטן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גלגל קטן מקדימה וגדול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שהשרשרת תעבור בעדינות בין הגלגלים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לפעמים צריך לפעול בחוכמה ולא רק להתאמץ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בפתיחת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ההילוך רק מחלק נכון את הכוח הקיים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לדווש קלות בזמן ההחלפה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היא מספרת בסוף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בכתבה על 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(מעבירה את התנועה מהדוושות לגלגל האחורי)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(מתאים לדרך שטוחה או 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(מתאים לעלייה, דיווש 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(מתנדב ותיק שמלמד לתקן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(ילדה שלמדה להחליף הילוך לפני העלייה)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לראות שמתקרבים לעלייה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להתחיל לדווש בקלילות ולא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להחליף הילוך לגלגל קטן מקדימה וגדול מאחור תוך כדי דיווש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להמשיך לדווש בעלייה בלי לרדת מהאופניים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ההילוך לא מוסיף כוח, הוא רק עוזר לחלק את הכוח שכבר יש לרוכב בין מהירות לקלות הדיווש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שיניים ליד הדוושות לגלגל שיניים בגלגל האחורי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קטן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השרשרת צריכה לנוע כדי לעבור בעדינות בין הגלגלים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תרשים או תמונה של הילוכי אופניים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לשתף דוגמה מחיי היומיום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בכתבה מבקרים תלמידי כיתה ו׳ בסדנת אופניים שכונתית ולומדים מסלים, מתנדב ותיק, איך עובדים ההילוכים ולמה כדאי לדעת להחליף אותם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הגיעו הכותבים לסדנה?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לתקן את האופניים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אופניים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תעלומה איך עובדים ההילוכים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את סלים לתקן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סלים?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מהשכונה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מתנדב ותיק שמתקן אופניים שלושים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מנהל המתנ"ס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מחברת השרשרת?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שני גלגלים אחוריים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גלגל שיניים ליד הדוושות לגלגל שיניים בגלגל האחורי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ההגה לדוושות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שני כידונים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האופניים נוסעים מהר אבל קשה לדווש?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קטן מקדימה וגדול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גדול מקדימה וקטן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הגלגלים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הגלגלים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הדיווש קל יותר אבל האופניים מתקדמים לאט?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גדול מקדימה וקטן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קטן מקדימה וגדול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כשאין שרשרת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כשההילוך בניטרלי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חשוב לדווש קלות כשמחליפים הילוך?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שהשרשרת תעבור בעדינות בין הגלגלים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 להתלכלך בשמן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שסלים יראה אתכם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להאט את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המסר במשפט האחרון של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כדאי לבוא לסדנה עם ידיים נקיות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לרכוב בעלייה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לפעמים צריך לפעול בחוכמה ולא רק להתאמץ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לקנות אופניים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סדנת הגלגל מתקיימת בכל יום שישי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ההילוך נותן לרוכב כוח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הילוך כשהאופניים עומדים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ליה למדה להחליף הילוך לפני העלייה ולא באמצעה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גלגל גדול מאחור עוזר בעלייה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השרשרת מחברת בין גלגל השיניים ליד ה__________ לגלגל השיניים בגלגל האחורי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בעלייה כדאי שיהיה גלגל __________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להחליף הילוך כשהאופניים __________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סלים מתקן אופניים כבר __________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היא בת אחת עשרה שסיפרה על השינוי בהרגליה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מתנדב ותיק שמלמד לתקן 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גלגל גדול מקדימה וקטן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מתאים לעלייה, דיווש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גלגל קטן מקדימה וגדול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מתאים לדרך שטוחה או 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ילדה שלמדה להחליף הילוך לפני 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מעבירה את התנועה מהדוושות לגלגל האחורי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להחליף הילוך לגלגל קטן מקדימה וגדול מאחור תוך כדי דיווש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לדווש בעלייה בלי לרדת מהאופניים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לראות שמתקרבים לעלייה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לדווש בקלילות ולא בכוח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ההילוך לא נותן כוח חדש אלא רק מחלק את הכוח הקיים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מחברת השרשרת באופניים?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גלגלים כדאי להשתמש בעלייה?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להחליף הילוך כשהאופניים עומדים?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הסוד הקטן שמניע את האופניים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