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הסוד הקטן שמניע את האופניים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פועלת מערכת ההילוכים באופניים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מידע מהטקסט למשפטים ברורים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המסר המרכזי של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לפתור תעלומה איך עובדים ההילוכים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מתנדב ותיק שמתקן אופניים שלושים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בין גלגל שיניים ליד הדוושות לגלגל שיניים בגלגל האחורי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בפתיחת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לדווש קלות בזמן ההחלפה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דוושות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עומדים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(מעבירה את התנועה מהדוושות לגלגל האחורי)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(מתאים לדרך שטוחה או ירידה)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(מתאים לעלייה, דיווש 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(מתנדב ותיק שמלמד לתקן אופניים)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לראות שמתקרבים לעלייה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להתחיל לדווש בקלילות ולא בכוח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להחליף הילוך לגלגל קטן מקדימה וגדול מאחור תוך כדי דיווש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להמשיך לדווש בעלייה בלי לרדת מהאופניים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גלגל שיניים ליד הדוושות לגלגל שיניים בגלגל האחורי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גלגל קטן מקדימה וגלגל גדול מאחור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השרשרת צריכה לנוע כדי לעבור בעדינות בין הגלגלים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הכתבה בקול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תרשים או תמונה של הילוכי אופניים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תלמידים לשתף דוגמה מחיי היומיום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הסוד הקטן שמניע את האופניים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בכתבה מבקרים תלמידי כיתה ו׳ בסדנת אופניים שכונתית ולומדים מסלים, מתנדב ותיק, איך עובדים ההילוכים ולמה כדאי לדעת להחליף אותם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דוושות  ·  קטן  ·  עומדים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הגיעו הכותבים לסדנה?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לתקן את האופניים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לקנות אופניים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לפתור תעלומה איך עובדים ההילוכים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זה סלים?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 מהשכונה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מתנדב ותיק שמתקן אופניים שלושים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מנהל המתנ"ס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מחברת השרשרת?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בין שני גלגלים אחוריים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בין גלגל שיניים ליד הדוושות לגלגל שיניים בגלגל האחורי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בין ההגה לדוושות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סדנת הגלגל מתקיימת בכל יום שישי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מחליפים הילוך כשהאופניים עומדים במקום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השרשרת מחברת בין גלגל השיניים ליד ה__________ לגלגל השיניים בגלגל האחורי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בעלייה כדאי שיהיה גלגל __________ מקדימה וגלגל גדול מאחור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אסור להחליף הילוך כשהאופניים __________ במקום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שרשרת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מתאים לדרך שטוחה או ירידה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גלגל גדול מקדימה וקטן מאחור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מתאים לעלייה, דיווש 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גלגל קטן מקדימה וגדול מאחור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מתנדב ותיק שמלמד לתקן אופניים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מעבירה את התנועה מהדוושות לגלגל האחורי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להמשיך לדווש בעלייה בלי לרדת מהאופניים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להחליף הילוך לגלגל קטן מקדימה וגדול מאחור תוך כדי דיווש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להתחיל לדווש בקלילות ולא בכוח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לראות שמתקרבים לעלייה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מחברת השרשרת באופניים?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באילו גלגלים כדאי להשתמש בעלייה?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הסוד הקטן שמניע את האופניים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